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Informacja o działalności Zespołu Szkół Łączności w Warszawie</w:t>
      </w:r>
    </w:p>
    <w:p>
      <w:pPr>
        <w:pStyle w:val="Heading1"/>
      </w:pPr>
      <w:r>
        <w:t>Czym jest Zespół Szkół Łączności</w:t>
      </w:r>
    </w:p>
    <w:p>
      <w:r>
        <w:t>Zespół Szkół Łączności w Warszawie jest szkołą ponadpodstawową.</w:t>
      </w:r>
    </w:p>
    <w:p>
      <w:r>
        <w:t>W skład Zespołu Szkół Łączności wchodzą: Technikum Łączności imienia profesora doktora inżyniera Janusza Groszkowskiego, XCVI Liceum Ogólnokształcące imienia Agnieszki Osieckiej oraz Branżowa Szkoła I Stopnia numer 55.</w:t>
      </w:r>
    </w:p>
    <w:p>
      <w:r>
        <w:t>Szkoła kształci młodzież po szkole podstawowej. Technikum przygotowuje uczniów do matury, egzaminów zawodowych i pracy w zawodach technicznych. Liceum przygotowuje uczniów do matury i dalszej nauki. Branżowa Szkoła I Stopnia przygotowuje uczniów do wykonywania zawodu.</w:t>
      </w:r>
    </w:p>
    <w:p>
      <w:pPr>
        <w:pStyle w:val="Heading1"/>
      </w:pPr>
      <w:r>
        <w:t>Co można załatwić w szkole</w:t>
      </w:r>
    </w:p>
    <w:p>
      <w:r>
        <w:t>W sekretariacie można uzyskać informacje o szkole, rekrutacji i dokumentach szkolnych.</w:t>
      </w:r>
    </w:p>
    <w:p>
      <w:r>
        <w:t>Uczeń może uzyskać między innymi legitymację szkolną i potrzebne zaświadczenia.</w:t>
      </w:r>
    </w:p>
    <w:p>
      <w:r>
        <w:t>Uczniowie i rodzice mogą skorzystać z pomocy pedagoga, psychologów oraz innych specjalistów szkolnych.</w:t>
      </w:r>
    </w:p>
    <w:p>
      <w:pPr>
        <w:pStyle w:val="Heading1"/>
      </w:pPr>
      <w:r>
        <w:t>Adres szkoły</w:t>
      </w:r>
    </w:p>
    <w:p>
      <w:r>
        <w:t>Zespół Szkół Łączności w Warszawie, aleja Stanów Zjednoczonych 24, 03-964 Warszawa.</w:t>
      </w:r>
    </w:p>
    <w:p>
      <w:pPr>
        <w:pStyle w:val="Heading1"/>
      </w:pPr>
      <w:r>
        <w:t>Kontakt</w:t>
      </w:r>
    </w:p>
    <w:p>
      <w:r>
        <w:t>Telefon do sekretariatu: 22 671 89 37.</w:t>
      </w:r>
    </w:p>
    <w:p>
      <w:r>
        <w:t>Adres e-mail: zsl@zsl.waw.pl.</w:t>
      </w:r>
    </w:p>
    <w:p>
      <w:r>
        <w:t>Sekretariat jest czynny od poniedziałku do piątku od godziny 8:00 do 16:00.</w:t>
      </w:r>
    </w:p>
    <w:p>
      <w:pPr>
        <w:pStyle w:val="Heading1"/>
      </w:pPr>
      <w:r>
        <w:t>Dojazd</w:t>
      </w:r>
    </w:p>
    <w:p>
      <w:r>
        <w:t>Najbliższe przystanki komunikacji miejskiej to Międzynarodowa i Brazylijska.</w:t>
      </w:r>
    </w:p>
    <w:p>
      <w:pPr>
        <w:pStyle w:val="Heading1"/>
      </w:pPr>
      <w:r>
        <w:t>Dostępność budynku</w:t>
      </w:r>
    </w:p>
    <w:p>
      <w:r>
        <w:t>Wejście wskazane w deklaracji dostępności znajduje się od ulicy Afrykańskiej.</w:t>
      </w:r>
    </w:p>
    <w:p>
      <w:r>
        <w:t>Budynek nie jest w pełni dostępny dla osób poruszających się na wózkach. W budynku nie ma windy ani toalety dostępnej dla osób z niepełnosprawnościami.</w:t>
      </w:r>
    </w:p>
    <w:p>
      <w:r>
        <w:t>Jeżeli potrzebujesz pomocy przy wejściu do szkoły albo poruszaniu się po budynku, skontaktuj się wcześniej z sekretariatem.</w:t>
      </w:r>
    </w:p>
    <w:p>
      <w:r>
        <w:t>Na teren szkoły można wjechać samochodem od ulicy Urugwajskiej po wcześniejszym kontakcie z sekretariatem.</w:t>
      </w:r>
    </w:p>
    <w:p>
      <w:r>
        <w:t>Do budynku i wszystkich jego pomieszczeń można wejść z psem asystującym lub psem przewodnikiem.</w:t>
      </w:r>
    </w:p>
    <w:p>
      <w:r>
        <w:t>W budynku nie ma urządzeń wspomagających słyszenie. Pomoc może zapewnić pracownik sekretariatu.</w:t>
      </w:r>
    </w:p>
    <w:p>
      <w:pPr>
        <w:pStyle w:val="Heading1"/>
      </w:pPr>
      <w:r>
        <w:t>Inne formy informacji</w:t>
      </w:r>
    </w:p>
    <w:p>
      <w:r>
        <w:t>Na stronie szkoły dostępna jest informacja w tekście łatwym do czytania i zrozumienia ETR. Szkoła publikuje także deklarację dostępności. Informacja w polskim języku migowym PJM jest publikowana w osobnej części serwisu.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Arial" w:hAnsi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działalności Zespołu Szkół Łączności w Warszawie - tekst odczytywalny maszynowo</dc:title>
  <dc:subject>Dostępność informacyjno-komunikacyjna</dc:subject>
  <dc:creator>Zespół Szkół Łączności w Warszawie</dc:creator>
  <cp:keywords>ZSŁ, dostępność, tekst odczytywalny maszynowo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