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Informacja o działalności Zespołu Szkół Łączności w Warszawie</w:t>
      </w:r>
    </w:p>
    <w:p>
      <w:r>
        <w:rPr>
          <w:b/>
        </w:rPr>
        <w:t>Tekst odczytywalny maszynowo</w:t>
      </w:r>
    </w:p>
    <w:p>
      <w:r>
        <w:t>Ten dokument zawiera najważniejsze informacje o szkole. Dokument jest przygotowany do odczytu przez czytniki ekranu.</w:t>
      </w:r>
    </w:p>
    <w:p>
      <w:pPr>
        <w:pStyle w:val="Heading1"/>
      </w:pPr>
      <w:r>
        <w:t>Co to jest Zespół Szkół Łączności?</w:t>
      </w:r>
    </w:p>
    <w:p>
      <w:r>
        <w:t>Zespół Szkół Łączności jest w Warszawie.</w:t>
      </w:r>
    </w:p>
    <w:p>
      <w:r>
        <w:t>Zespół Szkół Łączności tworzą 3 szkoły ponadpodstawowe.</w:t>
      </w:r>
    </w:p>
    <w:p>
      <w:pPr>
        <w:pStyle w:val="ETRBullet"/>
      </w:pPr>
      <w:r>
        <w:t>• Technikum Łączności imienia profesora Janusza Groszkowskiego.</w:t>
      </w:r>
    </w:p>
    <w:p>
      <w:pPr>
        <w:pStyle w:val="ETRBullet"/>
      </w:pPr>
      <w:r>
        <w:t>• XCVI Liceum Ogólnokształcące imienia Agnieszki Osieckiej. XCVI czytaj: dziewięćdziesiąt sześć.</w:t>
      </w:r>
    </w:p>
    <w:p>
      <w:pPr>
        <w:pStyle w:val="ETRBullet"/>
      </w:pPr>
      <w:r>
        <w:t>• Branżowa Szkoła Pierwszego Stopnia numer 55.</w:t>
      </w:r>
    </w:p>
    <w:p>
      <w:pPr>
        <w:pStyle w:val="Heading1"/>
      </w:pPr>
      <w:r>
        <w:t>Czego uczą się uczniowie?</w:t>
      </w:r>
    </w:p>
    <w:p>
      <w:r>
        <w:t>W technikum uczniowie mają przedmioty ogólne i zawodowe.</w:t>
      </w:r>
    </w:p>
    <w:p>
      <w:r>
        <w:t>Technikum przygotowuje do matury.</w:t>
      </w:r>
    </w:p>
    <w:p>
      <w:r>
        <w:t>Technikum przygotowuje też do egzaminów zawodowych i pracy.</w:t>
      </w:r>
    </w:p>
    <w:p>
      <w:r>
        <w:t>W liceum uczniowie uczą się przedmiotów ogólnych.</w:t>
      </w:r>
    </w:p>
    <w:p>
      <w:r>
        <w:t>Uczniowie liceum przygotowują się do matury.</w:t>
      </w:r>
    </w:p>
    <w:p>
      <w:r>
        <w:t>Szkoła branżowa przygotowuje uczniów do pracy w zawodzie.</w:t>
      </w:r>
    </w:p>
    <w:p>
      <w:pPr>
        <w:pStyle w:val="Heading1"/>
      </w:pPr>
      <w:r>
        <w:t>Co możesz załatwić w szkole?</w:t>
      </w:r>
    </w:p>
    <w:p>
      <w:r>
        <w:t>W szkole dostaniesz informacje o rekrutacji.</w:t>
      </w:r>
    </w:p>
    <w:p>
      <w:r>
        <w:t>W sekretariacie załatwisz sprawy dotyczące legitymacji szkolnej.</w:t>
      </w:r>
    </w:p>
    <w:p>
      <w:r>
        <w:t>W sekretariacie możesz poprosić o potrzebne zaświadczenie.</w:t>
      </w:r>
    </w:p>
    <w:p>
      <w:r>
        <w:t>W sekretariacie dostaniesz informacje o szkole i dokumentach.</w:t>
      </w:r>
    </w:p>
    <w:p>
      <w:pPr>
        <w:pStyle w:val="Heading1"/>
      </w:pPr>
      <w:r>
        <w:t>Kto może Ci pomóc?</w:t>
      </w:r>
    </w:p>
    <w:p>
      <w:r>
        <w:t>W szkole pracują pedagog i psychologowie.</w:t>
      </w:r>
    </w:p>
    <w:p>
      <w:r>
        <w:t>Masz problem? Porozmawiaj z pedagogiem lub psychologiem.</w:t>
      </w:r>
    </w:p>
    <w:p>
      <w:r>
        <w:t>Jeśli nie wiesz, do kogo pójść, zapytaj w sekretariacie.</w:t>
      </w:r>
    </w:p>
    <w:p>
      <w:r>
        <w:t>Pracownik sekretariatu może Ci pomóc podczas wizyty.</w:t>
      </w:r>
    </w:p>
    <w:p>
      <w:pPr>
        <w:pStyle w:val="Heading1"/>
      </w:pPr>
      <w:r>
        <w:t>Gdzie jest szkoła?</w:t>
      </w:r>
    </w:p>
    <w:p>
      <w:r>
        <w:t>Zespół Szkół Łączności w Warszawie</w:t>
      </w:r>
    </w:p>
    <w:p>
      <w:r>
        <w:t>aleja Stanów Zjednoczonych 24</w:t>
      </w:r>
    </w:p>
    <w:p>
      <w:r>
        <w:t>03-964 Warszawa</w:t>
      </w:r>
    </w:p>
    <w:p>
      <w:r>
        <w:t>Najbliższe przystanki to Międzynarodowa i Brazylijska.</w:t>
      </w:r>
    </w:p>
    <w:p>
      <w:pPr>
        <w:pStyle w:val="Heading1"/>
      </w:pPr>
      <w:r>
        <w:t>Jak możesz skontaktować się ze szkołą?</w:t>
      </w:r>
    </w:p>
    <w:p>
      <w:r>
        <w:t>Telefon: 22 671 89 37.</w:t>
      </w:r>
    </w:p>
    <w:p>
      <w:r>
        <w:t>E-mail: zsl@zsl.waw.pl.</w:t>
      </w:r>
    </w:p>
    <w:p>
      <w:r>
        <w:t>Sekretariat pracuje od poniedziałku do piątku.</w:t>
      </w:r>
    </w:p>
    <w:p>
      <w:r>
        <w:t>Sekretariat pracuje od 8:00 do 16:00.</w:t>
      </w:r>
    </w:p>
    <w:p>
      <w:pPr>
        <w:pStyle w:val="Heading1"/>
      </w:pPr>
      <w:r>
        <w:t>Dostępność budynku</w:t>
      </w:r>
    </w:p>
    <w:p>
      <w:r>
        <w:t>Do budynku prowadzi wejście od ulicy Afrykańskiej.</w:t>
      </w:r>
    </w:p>
    <w:p>
      <w:r>
        <w:t>Przy głównym wejściu nie ma podjazdu dla wózków.</w:t>
      </w:r>
    </w:p>
    <w:p>
      <w:r>
        <w:t>Osoba na wózku może wejść tylko do części budynku.</w:t>
      </w:r>
    </w:p>
    <w:p>
      <w:r>
        <w:t>W budynku nie ma windy.</w:t>
      </w:r>
    </w:p>
    <w:p>
      <w:r>
        <w:t>W budynku nie ma toalety dostępnej dla osób z niepełnosprawnościami.</w:t>
      </w:r>
    </w:p>
    <w:p>
      <w:r>
        <w:t>Pracownik sekretariatu może Ci pomóc podczas wizyty.</w:t>
      </w:r>
    </w:p>
    <w:p>
      <w:r>
        <w:t>Chcesz wjechać samochodem na teren szkoły? Zadzwoń wcześniej do sekretariatu.</w:t>
      </w:r>
    </w:p>
    <w:p>
      <w:r>
        <w:t>Po uzgodnieniu możesz wjechać od ulicy Urugwajskiej.</w:t>
      </w:r>
    </w:p>
    <w:p>
      <w:r>
        <w:t>Możesz wejść do budynku z psem asystującym.</w:t>
      </w:r>
    </w:p>
    <w:p>
      <w:r>
        <w:t>Możesz wejść też z psem przewodnikiem.</w:t>
      </w:r>
    </w:p>
    <w:p>
      <w:r>
        <w:t>W budynku nie ma pętli indukcyjnej.</w:t>
      </w:r>
    </w:p>
    <w:p>
      <w:r>
        <w:t>Nie ma też urządzeń wspomagających słyszenie.</w:t>
      </w:r>
    </w:p>
    <w:p>
      <w:r>
        <w:t>W szkole nie ma tłumacza polskiego języka migowego.</w:t>
      </w:r>
    </w:p>
    <w:p>
      <w:r>
        <w:t>Nie ma też zdalnego tłumacza języka migowego.</w:t>
      </w:r>
    </w:p>
    <w:p>
      <w:pPr>
        <w:pStyle w:val="Heading1"/>
      </w:pPr>
      <w:r>
        <w:t>Inne sposoby uzyskania informacji</w:t>
      </w:r>
    </w:p>
    <w:p>
      <w:r>
        <w:t>Na stronie szkoły jest informacja w polskim języku migowym.</w:t>
      </w:r>
    </w:p>
    <w:p>
      <w:r>
        <w:t>Na stronie szkoły jest tekst łatwy do czytania i zrozumienia.</w:t>
      </w:r>
    </w:p>
    <w:p>
      <w:r>
        <w:t>Na stronie szkoły jest deklaracja dostępności.</w:t>
      </w:r>
    </w:p>
    <w:p>
      <w:pPr>
        <w:pStyle w:val="Heading1"/>
      </w:pPr>
      <w:r>
        <w:t>Przydatne adresy internetowe</w:t>
      </w:r>
    </w:p>
    <w:p>
      <w:r>
        <w:t>Strona szkoły: https://zsl.waw.pl/</w:t>
      </w:r>
    </w:p>
    <w:p>
      <w:r>
        <w:t>Deklaracja dostępności: https://zsl.waw.pl/szkola/dokumenty/deklaracja-dostepnosci/</w:t>
      </w:r>
    </w:p>
    <w:p>
      <w:r>
        <w:t>Informacja w polskim języku migowym: https://zsl.waw.pl/szkola/dostepnosc/pjm/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240"/>
    </w:pPr>
    <w:rPr>
      <w:rFonts w:ascii="Arial" w:hAnsi="Arial" w:eastAsia="Arial"/>
      <w:color w:val="000000"/>
      <w:sz w:val="3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82B49"/>
      <w:sz w:val="36"/>
      <w:szCs w:val="28"/>
      <w:lang w:val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24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82B49"/>
      <w:sz w:val="32"/>
      <w:szCs w:val="26"/>
      <w:lang w:val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82B49"/>
      <w:spacing w:val="5"/>
      <w:kern w:val="28"/>
      <w:sz w:val="44"/>
      <w:szCs w:val="52"/>
      <w:lang w:val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TRBullet">
    <w:name w:val="ETR Bullet"/>
    <w:basedOn w:val="Normal"/>
    <w:pPr>
      <w:ind w:left="454" w:hanging="198"/>
    </w:pPr>
    <w:rPr>
      <w:lang w:val="pl-P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działalności Zespołu Szkół Łączności w Warszawie</dc:title>
  <dc:subject>Tekst odczytywalny maszynowo</dc:subject>
  <dc:creator>Zespół Szkół Łączności w Warszawie</dc:creator>
  <cp:keywords>ZSŁ, dostępność, tekst odczytywalny maszynowo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